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יציאה – רמזור להערכה 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שיטת כרטיס היציאה 'רמזור' ככלי להערכה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הערכת תהליך להערכת 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מילוי כרטיס יציאה אמיתי בסוף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לעזור לתלמיד לחשוב על הלמידה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בסוף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אפשר לקבל עזרה מכלים חכמים ליצירת התוצר, אך התהליך האישי מראה את ההבנה האמיתית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שאלה שיש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משהו שאני גאה בו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הכרטיס ממולא בסוף השיעור, אחרי הלמידה.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החלק הירוק בכרטיס.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כלי אחד מתוך כמה כלים להערכה חלופית, לא תחליף יחיד.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מוסבר ברעיון המרכזי של הדף.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ארבעת הכרטיסים בעמוד זהים בתוכן וגוזרים אותם בנפרד.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החלק עם סימן הכוכב.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צבע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(דבר שאני יודע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(דבר שעוד לא ברור 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(שאלה שיש 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(משהו שאני גאה בו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מחלקת את דף כרטיסי היציאה ותלמידים גוזרים כרטיס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תלמיד כותב את שמו, כיתתו והתאריך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 ממלא את החלק הירוק – דבר שהוא יודע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התלמיד ממלא את החלקים הצהוב והאדום – מה לא ברור ואיזו שאלה יש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התלמיד כותב במה הוא גאה היום בסימן הכוכב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התלמיד מגיש את הכרטיס המלא למורה בסוף 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שהמורה תוכל לעזור ולהסביר שוב את מה שעדיין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שאלה הגיונית הקשורה לנושא השיעור, למשל איך פותרים סוג מסוים של תרגיל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מראה הבנה שהערכת תהליך בודקת איך למדנו ולא רק מה יצרנו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 היא הצבע האדום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וכנה המתייחסת לשיטת הרמזור מקובלת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הדף ולגזור ארבעה כרטיסים לתלמיד או להשתמש בכרטיס אחד בסוף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לכתוב בכנות גם בחלק הצהוב והאדום בלי חשש מציון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לאסוף את הכרטיסים ולהתייחס לשאלות הנפוצות בתחילת השיעור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יציאה – רמזור להערכה 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כרטיס יציאה הוא דף קטן שממלאים בסוף שיעור. יש בו צבעים: ירוק, צהוב, אדום וכוכב. כל צבע עוזר לחשוב על הלמידה.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לבדוק למידה שאינה מבחן 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בדרך להבנה, לא רק התוצאה הסופית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המוגמר שנוצר בסוף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קצר שממלאים בסוף 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אישית על הלמידה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עם שלושה צבעים: ירוק, צהוב, אדום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כשהתלמיד בודק ובוחן את עצמו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ממלאים כרטיס יציאה?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ציון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לתלמיד לחשוב על הלמידה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ממלאים את הכרטיס?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בתחילת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לבדוק גם איך למדנו ולא רק מה יצרנו?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אפשר לקבל עזרה מכלים חכמים ליצירת התוצר, אך התהליך האישי מראה את ההבנה האמיתית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תוצר תמיד גרוע יותר מתהליך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יותר צורך במבחנים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המורים לא אוהבים לבדוק עבודות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כתוב בחלק האדום?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שאני כבר 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שעוד לא ברור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שיש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משהו שאני גאה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ליד הכוכב?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שלא הבנתי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שאני גאה בו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 בשיעור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ממולא בתחילת השיעור, לפני הלמידה.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הצבע הירוק בכרטיס מייצג דבר שהתלמיד כבר יודע.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כרטיס היציאה היא להחליף לגמרי את כל המבחנים בבית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בעידן הבינה המלאכותית חשוב לשים דגש גם על תהליך הלמידה ולא רק על התוצר הסופי.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ההדפסה כל ארבעת הכרטיסים כוללים בדיוק את אותן השאלות.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כולל גם שאלה על מה שהתלמיד גאה בו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צבע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משהו שאני גאה בו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🟡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שאני יודע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🔴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שעוד לא ברור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⭐ 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שיש 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 היציאה בשיטת הרמזור כולל __________ צבעים עיקריים וסימן כוכב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ממלאים את כרטיס היציאה בדרך כלל ב__________ השיעור.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הצבע ה__________ מסמל דבר שהתלמיד כבר יודע.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בדף אחד להדפסה מופיעים __________ כרטיסי יציאה.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מגיש את הכרטיס המלא למורה בסוף השיעור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מחלקת את דף כרטיסי היציאה ותלמידים גוזרים כרטיס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כותב את שמו, כיתתו והתאריך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כותב במה הוא גאה היום בסימן הכוכב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ממלא את החלקים הצהוב והאדום – מה לא ברור ואיזו שאלה יש 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ממלא את החלק הירוק – דבר שהוא יודע עכשיו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שהמורה תדע מה לא ברור לכם (החלק הצהוב).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לשאלה שיכולה להופיע בחלק האדום בסוף שיעור במתמטיקה.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הערכת תהליך להערכת 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צבע ברמזור מייצג שאלה שעדיין יש 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אחד שלמדתם היום על כלי ההערכה 'רמזור'.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 יציאה – רמזור להערכה עצמית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